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015"/>
      </w:tblGrid>
      <w:tr w:rsidR="005C3C37" w14:paraId="5B4DA6AA" w14:textId="77777777">
        <w:trPr>
          <w:trHeight w:val="295"/>
          <w:jc w:val="center"/>
        </w:trPr>
        <w:tc>
          <w:tcPr>
            <w:tcW w:w="16015" w:type="dxa"/>
            <w:shd w:val="clear" w:color="auto" w:fill="5B1624"/>
            <w:tcMar>
              <w:top w:w="35" w:type="dxa"/>
              <w:left w:w="55" w:type="dxa"/>
              <w:bottom w:w="35" w:type="dxa"/>
              <w:right w:w="55" w:type="dxa"/>
            </w:tcMar>
            <w:vAlign w:val="center"/>
          </w:tcPr>
          <w:p>
            <w:pPr>
              <w:jc w:val="center"/>
            </w:pPr>
            <w:r>
              <w:rPr>
                <w:rFonts w:ascii="Times New Roman" w:hAnsi="Times New Roman"/>
                <w:b/>
                <w:sz w:val="24"/>
              </w:rPr>
              <w:t>YAKIN DOĞU ÜNİVERSİTESİ</w:t>
            </w:r>
          </w:p>
        </w:tc>
      </w:tr>
      <w:tr w:rsidR="005C3C37" w14:paraId="06B632F2" w14:textId="77777777">
        <w:trPr>
          <w:trHeight w:val="295"/>
          <w:jc w:val="center"/>
        </w:trPr>
        <w:tc>
          <w:tcPr>
            <w:tcW w:w="16015" w:type="dxa"/>
            <w:shd w:val="clear" w:color="auto" w:fill="D9D9D9"/>
            <w:tcMar>
              <w:top w:w="35" w:type="dxa"/>
              <w:left w:w="55" w:type="dxa"/>
              <w:bottom w:w="35" w:type="dxa"/>
              <w:right w:w="55" w:type="dxa"/>
            </w:tcMar>
            <w:vAlign w:val="center"/>
          </w:tcPr>
          <w:p>
            <w:pPr>
              <w:jc w:val="center"/>
            </w:pPr>
            <w:r>
              <w:rPr>
                <w:rFonts w:ascii="Times New Roman" w:hAnsi="Times New Roman"/>
                <w:b/>
                <w:sz w:val="24"/>
              </w:rPr>
              <w:t>İletişim Fakültesi Mezunlar Komisyonu Kararları</w:t>
            </w:r>
          </w:p>
        </w:tc>
      </w:tr>
      <w:tr w:rsidR="005C3C37" w14:paraId="57FC7A30" w14:textId="77777777">
        <w:trPr>
          <w:trHeight w:val="295"/>
          <w:jc w:val="center"/>
        </w:trPr>
        <w:tc>
          <w:tcPr>
            <w:tcW w:w="16015" w:type="dxa"/>
            <w:shd w:val="clear" w:color="auto" w:fill="D9D9D9"/>
            <w:tcMar>
              <w:top w:w="35" w:type="dxa"/>
              <w:left w:w="55" w:type="dxa"/>
              <w:bottom w:w="35" w:type="dxa"/>
              <w:right w:w="55" w:type="dxa"/>
            </w:tcMar>
            <w:vAlign w:val="center"/>
          </w:tcPr>
          <w:p>
            <w:pPr>
              <w:jc w:val="center"/>
            </w:pPr>
            <w:r>
              <w:rPr>
                <w:rFonts w:ascii="Times New Roman" w:hAnsi="Times New Roman"/>
                <w:b/>
                <w:sz w:val="24"/>
              </w:rPr>
              <w:t>2026 Yılı Kararları</w:t>
            </w:r>
          </w:p>
        </w:tc>
      </w:tr>
    </w:tbl>
    <w:p w14:paraId="0BE85E2E" w14:textId="77777777" w:rsidR="005C3C37" w:rsidRDefault="005C3C37">
      <w:pPr>
        <w:spacing w:after="0" w:line="96" w:lineRule="auto"/>
      </w:pPr>
    </w:p>
    <w:tbl>
      <w:tblPr>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firstRow="1" w:lastRow="0" w:firstColumn="1" w:lastColumn="0" w:noHBand="0" w:noVBand="1"/>
      </w:tblPr>
      <w:tblGrid>
        <w:gridCol w:w="538"/>
        <w:gridCol w:w="1162"/>
        <w:gridCol w:w="1275"/>
        <w:gridCol w:w="595"/>
        <w:gridCol w:w="3458"/>
        <w:gridCol w:w="8985"/>
      </w:tblGrid>
      <w:tr w:rsidR="005C3C37" w14:paraId="16A5AFAE" w14:textId="77777777">
        <w:trPr>
          <w:tblHeader/>
          <w:jc w:val="center"/>
        </w:trPr>
        <w:tc>
          <w:tcPr>
            <w:tcW w:w="538" w:type="dxa"/>
            <w:shd w:val="clear" w:color="auto" w:fill="D9D9D9"/>
            <w:tcMar>
              <w:top w:w="35" w:type="dxa"/>
              <w:left w:w="55" w:type="dxa"/>
              <w:bottom w:w="35" w:type="dxa"/>
              <w:right w:w="55" w:type="dxa"/>
            </w:tcMar>
            <w:vAlign w:val="center"/>
          </w:tcPr>
          <w:p w14:paraId="6C71BCE9" w14:textId="77777777" w:rsidR="005C3C37" w:rsidRDefault="00000000">
            <w:pPr>
              <w:spacing w:after="0" w:line="240" w:lineRule="auto"/>
              <w:jc w:val="center"/>
            </w:pPr>
            <w:r>
              <w:rPr>
                <w:b/>
                <w:color w:val="5B1624"/>
                <w:sz w:val="13"/>
              </w:rPr>
              <w:t>Sıra</w:t>
            </w:r>
            <w:r>
              <w:rPr>
                <w:b/>
                <w:color w:val="5B1624"/>
                <w:sz w:val="13"/>
              </w:rPr>
              <w:br/>
              <w:t>No</w:t>
            </w:r>
          </w:p>
        </w:tc>
        <w:tc>
          <w:tcPr>
            <w:tcW w:w="1162" w:type="dxa"/>
            <w:shd w:val="clear" w:color="auto" w:fill="D9D9D9"/>
            <w:tcMar>
              <w:top w:w="35" w:type="dxa"/>
              <w:left w:w="55" w:type="dxa"/>
              <w:bottom w:w="35" w:type="dxa"/>
              <w:right w:w="55" w:type="dxa"/>
            </w:tcMar>
            <w:vAlign w:val="center"/>
          </w:tcPr>
          <w:p w14:paraId="62692B4E" w14:textId="77777777" w:rsidR="005C3C37" w:rsidRDefault="00000000">
            <w:pPr>
              <w:spacing w:after="0" w:line="240" w:lineRule="auto"/>
              <w:jc w:val="center"/>
            </w:pPr>
            <w:r>
              <w:rPr>
                <w:b/>
                <w:color w:val="5B1624"/>
                <w:sz w:val="13"/>
              </w:rPr>
              <w:t>Toplantı</w:t>
            </w:r>
            <w:r>
              <w:rPr>
                <w:b/>
                <w:color w:val="5B1624"/>
                <w:sz w:val="13"/>
              </w:rPr>
              <w:br/>
              <w:t>Tarihi</w:t>
            </w:r>
          </w:p>
        </w:tc>
        <w:tc>
          <w:tcPr>
            <w:tcW w:w="1275" w:type="dxa"/>
            <w:shd w:val="clear" w:color="auto" w:fill="D9D9D9"/>
            <w:tcMar>
              <w:top w:w="35" w:type="dxa"/>
              <w:left w:w="55" w:type="dxa"/>
              <w:bottom w:w="35" w:type="dxa"/>
              <w:right w:w="55" w:type="dxa"/>
            </w:tcMar>
            <w:vAlign w:val="center"/>
          </w:tcPr>
          <w:p w14:paraId="77AF487E" w14:textId="77777777" w:rsidR="005C3C37" w:rsidRDefault="00000000">
            <w:pPr>
              <w:spacing w:after="0" w:line="240" w:lineRule="auto"/>
              <w:jc w:val="center"/>
            </w:pPr>
            <w:r>
              <w:rPr>
                <w:b/>
                <w:color w:val="5B1624"/>
                <w:sz w:val="13"/>
              </w:rPr>
              <w:t>Toplantı</w:t>
            </w:r>
            <w:r>
              <w:rPr>
                <w:b/>
                <w:color w:val="5B1624"/>
                <w:sz w:val="13"/>
              </w:rPr>
              <w:br/>
              <w:t>No</w:t>
            </w:r>
          </w:p>
        </w:tc>
        <w:tc>
          <w:tcPr>
            <w:tcW w:w="595" w:type="dxa"/>
            <w:shd w:val="clear" w:color="auto" w:fill="D9D9D9"/>
            <w:tcMar>
              <w:top w:w="35" w:type="dxa"/>
              <w:left w:w="55" w:type="dxa"/>
              <w:bottom w:w="35" w:type="dxa"/>
              <w:right w:w="55" w:type="dxa"/>
            </w:tcMar>
            <w:vAlign w:val="center"/>
          </w:tcPr>
          <w:p w14:paraId="1A7CFEF7" w14:textId="77777777" w:rsidR="005C3C37" w:rsidRDefault="00000000">
            <w:pPr>
              <w:spacing w:after="0" w:line="240" w:lineRule="auto"/>
              <w:jc w:val="center"/>
            </w:pPr>
            <w:r>
              <w:rPr>
                <w:b/>
                <w:color w:val="5B1624"/>
                <w:sz w:val="13"/>
              </w:rPr>
              <w:t>Karar</w:t>
            </w:r>
            <w:r>
              <w:rPr>
                <w:b/>
                <w:color w:val="5B1624"/>
                <w:sz w:val="13"/>
              </w:rPr>
              <w:br/>
              <w:t>No</w:t>
            </w:r>
          </w:p>
        </w:tc>
        <w:tc>
          <w:tcPr>
            <w:tcW w:w="3458" w:type="dxa"/>
            <w:shd w:val="clear" w:color="auto" w:fill="D9D9D9"/>
            <w:tcMar>
              <w:top w:w="35" w:type="dxa"/>
              <w:left w:w="55" w:type="dxa"/>
              <w:bottom w:w="35" w:type="dxa"/>
              <w:right w:w="55" w:type="dxa"/>
            </w:tcMar>
            <w:vAlign w:val="center"/>
          </w:tcPr>
          <w:p w14:paraId="484E0081" w14:textId="77777777" w:rsidR="005C3C37" w:rsidRDefault="00000000">
            <w:pPr>
              <w:spacing w:after="0" w:line="240" w:lineRule="auto"/>
              <w:jc w:val="center"/>
            </w:pPr>
            <w:r>
              <w:rPr>
                <w:b/>
                <w:color w:val="5B1624"/>
                <w:sz w:val="13"/>
              </w:rPr>
              <w:t>Gündem</w:t>
            </w:r>
          </w:p>
        </w:tc>
        <w:tc>
          <w:tcPr>
            <w:tcW w:w="8985" w:type="dxa"/>
            <w:shd w:val="clear" w:color="auto" w:fill="D9D9D9"/>
            <w:tcMar>
              <w:top w:w="35" w:type="dxa"/>
              <w:left w:w="55" w:type="dxa"/>
              <w:bottom w:w="35" w:type="dxa"/>
              <w:right w:w="55" w:type="dxa"/>
            </w:tcMar>
            <w:vAlign w:val="center"/>
          </w:tcPr>
          <w:p w14:paraId="7376263C" w14:textId="77777777" w:rsidR="005C3C37" w:rsidRDefault="00000000">
            <w:pPr>
              <w:spacing w:after="0" w:line="240" w:lineRule="auto"/>
              <w:jc w:val="center"/>
            </w:pPr>
            <w:r>
              <w:rPr>
                <w:b/>
                <w:color w:val="5B1624"/>
                <w:sz w:val="13"/>
              </w:rPr>
              <w:t>Karar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05.03.2026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2026-01</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İletişim Fakültesi mezunlarının üniversite yıllarına ilişkin anılarının, akademik ve sosyal deneyimlerinin kayıt altına alınmasına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Fakülte mezunlarının mezuniyet sonrasındaki mesleki kariyer yolculuklarının ve iş dünyasında elde ettikleri başarıların belgelenmesine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Fakültenin kurumsal hafızasına katkı sağlamak amacıyla başarılı mezunlarla röportaj çalışmalarının başlatılmasına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4</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Fakültenin farklı bölümlerinden mezun olan ve mesleki başarılarıyla öne çıkan isimlerin tespit edilerek başarı hikâyelerinin görünür kılınmasına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5</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öğrencilik dönemlerine ilişkin anılarının ve mesleki deneyimlerinin yazılı ve görsel içeriklere dönüştürülerek kayıt altına alınmasına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6</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Hazırlanacak mezun hikâyelerinin mevcut öğrencilere rol model oluşturması ve kariyer gelişimlerine katkı sağlaması amacıyla paylaşılmasına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7</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Yürütülecek çalışmalar aracılığıyla mezunların fakülteyle olan aidiyet bağlarının güçlendirilmesine ve mezun-fakülte iletişiminin geliştirilmesine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8</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“Hikâye Burada Başladı” projesinin yürütülmesi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Proje kapsamında mezunlardan fakültedeki öğrencilik anılarını ve iş dünyasındaki mesleki deneyimlerini içeren bir yazı ile fotoğraf talep edilmesine; ilgili içeriklerin yayımlanmasına yönelik gerekli izinlerin alınmasının ardından Fakülte Bülteni'nde ve fakültenin web sayfasında paylaşılması önerisinin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26.03.2026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2026-02</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ve işveren anketlerinin değerlendirilmesi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İletişim Fakültesi mezunlarının eğitim süreçlerine, mezuniyet sonrası mesleki yeterliliklerine ve istihdam durumlarına ilişkin geri bildirimlerin değerlendirilmesi amacıyla mezun ve işveren anketlerinden elde edilen verilerin incelenmesine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ve işveren anketlerinin değerlendirilmesi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ve işveren anketlerinden elde edilen verilerin kontrol edilerek analiz edilmesine ve sonuçların ilgili bölümlerle paylaşılmasına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ve işveren anketlerinin değerlendirilmesi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Anket sonuçları doğrultusunda eğitim programlarının geliştirilmesi, uygulamalı derslerin güçlendirilmesi ve sektör beklentilerine uygun yeni eğitim içeriklerinin oluşturulmasına yönelik iyileştirme önerilerinin hazırlanmasına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4</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ve işveren anketlerinin değerlendirilmesi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Anket verilerinin değerlendirilmesi sonucunda belirlenen iyileştirme önerilerinin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02.04.2026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2026-03</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bilgi sisteminin güncellenmesi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İletişim Fakültesi mezunlarına ait kişisel, iletişim ve mesleki bilgilerin güncel ve güvenilir şekilde kayıt altına alınarak bölümler bazında sınıflandırılmasına ve mezun veri tabanının her akademik yıl düzenli olarak gözden geçirilip güncellenmesine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bilgi sisteminin güncellenmesi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sürdürülebilir iletişim kurulması, mezunların birbirleriyle etkileşimlerinin artırılması ve fakülte etkinlikleri ile mesleki gelişim fırsatlarından haberdar olmalarının sağlanması amacıyla NEU Link platformunun etkin şekilde kullanılmasına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bilgi sisteminin güncellenmesi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 ve mezun ağı çalışmalarının daha sistematik yürütülmesi amacıyla bölümler bazında mezun temsilcilerinin belirlenmesine yönelik çalışmaların yapılması ve mezun kayıtlarının güncellenmesine ilişkin önerinin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4</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16.04.2026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2026-04</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 ve mezuniyet sonrasında fakülteyle ilişkilerinin sürdürülmesi amacıyla her bölümden birer mezun temsilcisi belirlenmesine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Belirlenen mezun temsilcilerinin isimlerinin fakültenin resmî iletişim kanallarında duyurulmasına ve mezunlar arasındaki iletişim ağının güçlendirilmesine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fakülte tarafından düzenlenen etkinlikler, eğitim programları, kariyer fırsatları, seminerler ve akademik gelişmeler hakkında düzenli olarak elektronik ortamda bilgilendirilmesine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4</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temsilcileri aracılığıyla bölümlerden gelecek görüş ve önerilerin toplanarak komisyon çalışmalarında değerlendirilmesine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5</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iletişimin güçlendirilmesi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Mezunlara etkinlik, eğitim ve kariyer fırsatları hakkında düzenli elektronik bilgilendirme yapılması önerisinin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5</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07.05.2026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2026-05</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Kariyer ve istihdam desteği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İletişim sektöründe faaliyet gösteren kurum ve kuruluşlarla iş birliklerinin geliştirilerek mezunlara yönelik iş ve staj fırsatlarının düzenli olarak duyurulmasına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Kariyer ve istihdam desteği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mesleki gelişimlerini desteklemek ve sektör deneyimlerinden yararlanmak amacıyla kariyer etkinlikleri, röportajlar ve deneyim paylaşım programları düzenlenmesine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Kariyer ve istihdam desteği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İş ve staj duyurularının mezunlarla paylaşılması, sektör bağlantılarının güçlendirilmesi ve kariyer etkinliklerinin düzenlenmesine ilişkin önerinin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6</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21.05.2026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2026-06</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Mezun–öğrenci mentörlük çalışmaları</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Öğrencilerin ve yeni mezunların mesleki gelişimlerini ve kariyer planlamalarını desteklemek amacıyla gönüllü mezunların katılımıyla bir mentörlük sistemi oluşturulmasına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Mezun–öğrenci mentörlük çalışmaları</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Farklı iletişim alanlarında çalışan mezunların bilgi ve deneyimlerini öğrencilerle paylaşmalarını sağlayacak mentörlük faaliyetlerinin yüz yüze ve dijital ortamda yürütülmesine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Mezun–öğrenci mentörlük çalışmaları</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Mentörlük sisteminin uygulanabilirliğini değerlendirmek amacıyla pilot bir program hazırlanması ve söz konusu önerinin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7</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04.06.2026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2026-07</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etkinliklerinin planlanması</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Mezunlarla fakülte arasındaki iletişimi güçlendirmek ve mezunların görüş, öneri ve beklentilerini almak amacıyla dijital mezun buluşmaları düzenlenmesine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etkinliklerinin planlanması</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mesleki deneyimlerini öğrencilerle paylaşmalarını sağlamak amacıyla bölüm bazlı etkinlikler ve mesleki atölye çalışmaları planlanmasına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etkinliklerinin planlanması</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Her yarıyılda en az bir mezun–öğrenci buluşması ve bir mesleki atölye düzenlenmesine ilişkin önerinin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8</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25.06.2026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2026-08</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Eğitim içeriklerine yönelik mezun önerileri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İletişim sektöründeki güncel gelişmeler ve mezunlardan alınan geri bildirimler doğrultusunda eğitim programlarının güncelliğinin değerlendirilmesine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Eğitim içeriklerine yönelik mezun önerileri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Eğitim programlarında uygulamalı derslerin güçlendirilmesi; yapay zekâ, dijital medya, sosyal medya yönetimi, yeni iletişim teknolojileri, içerik üretimi ve yabancı dil yeterliliklerine yönelik içeriklerin geliştirilmesinin ilgili bölümlerce değerlendirilmesine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Eğitim içeriklerine yönelik mezun önerileri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geri bildirimleri doğrultusunda eğitim programlarının güncellenmesine yönelik iyileştirme önerilerinin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9</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03.09.2026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2026-09</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Teknik altyapıya ilişkin geri bildirimler</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İletişim Fakültesi mezunlarının mesleki deneyim ve geri bildirimleri doğrultusunda mevcut teknik altyapının eğitim ve sektör ihtiyaçları açısından değerlendirilmesine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Teknik altyapıya ilişkin geri bildirimler</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Televizyon ve radyo stüdyoları, fotoğraf ve video ekipmanları, kurgu laboratuvarları ve dijital medya üretim araçlarına yönelik ihtiyaçların ilgili birimlerce belirlenerek önceliklendirilmesine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Teknik altyapıya ilişkin geri bildirimler</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Teknik altyapının geliştirilmesine yönelik ihtiyaç ve iyileştirme önerilerinin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10</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24.09.2026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2026-10</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temsilcileriyle iş birliği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Fakülte bünyesindeki her bölümden birer mezun temsilcisi belirlenmesine ve temsilcilerin isimlerinin fakültenin resmî iletişim kanallarında duyurulmasına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temsilcileriyle iş birliği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temsilcilerinin kendi bölümlerinin mezunlarıyla iletişim kurarak görüş ve önerilerini komisyona iletmelerine, fakülte etkinliklerini duyurmalarına ve mezunların çalışmalara katılımını teşvik etmelerine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Mezun temsilcileriyle iş birliği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temsilcileriyle her yarıyılda en az bir toplantı gerçekleştirilerek mezunların görüş ve önerilerinin alınması ve elde edilen geri bildirimlerin komisyon çalışmalarında değerlendirilmesi önerisinin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11</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01.10.2026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2026-11</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Sürekli eğitim ve lisansüstü olanaklar</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akademik ve mesleki gelişim ihtiyaçlarının belirlenmesi amacıyla geri bildirimlerinin alınmasına ve ihtiyaç duyulan eğitim alanlarının değerlendirilmesine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Sürekli eğitim ve lisansüstü olanaklar</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lisansüstü eğitim programları, sertifika programları, mesleki eğitimler, burslar ve akademik gelişim fırsatları hakkında düzenli olarak bilgilendirilmesine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Sürekli eğitim ve lisansüstü olanaklar</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Mezunların eğitim ihtiyaçlarının belirlenmesi ve akademik ve mesleki gelişim fırsatlarına ilişkin duyuruların paylaşılması önerisinin Fakülte Yönetim Kuruluna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12</w:t>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05.11.2026</w:t>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2026-13</w:t>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Çalışmaların uygulanması ve izlenmesi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Komisyonu tarafından yürütülen ve planlanan faaliyetlerin belirli bir takvim doğrultusunda planlanmasına ve her çalışma için sorumlu birimlerin belirlenmesine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Çalışmaların uygulanması ve izlenmesi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veri tabanı, mezun temsilciliği, dijital mezun buluşmaları, mezun hikâyeleri, röportajlar, anketler, mentorluk, kariyer desteği ve mezunlara yönelik diğer faaliyetlerin koordineli biçimde yürütülmesine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Çalışmaların uygulanması ve izlenmesi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Mezun Prestij Kartı ve Mezun Başarı Ödülleri gibi uygulamaların geliştirilerek mezunlarla ilişkilerin güçlendirilmesine yönelik çalışmaların değerlendirilmesine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4</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Çalışmaların uygulanması ve izlenmesi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Komisyon faaliyetlerinin gerçekleşme durumunun her yarıyıl sonunda değerlendirilerek raporlanmasına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after="20" w:before="2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after="20" w:before="20"/>
            </w:pPr>
            <w:r>
              <w:rPr>
                <w:rFonts w:ascii="Times New Roman" w:hAnsi="Times New Roman"/>
                <w:sz w:val="18"/>
              </w:rPr>
              <w:t>5</w:t>
            </w:r>
          </w:p>
        </w:tc>
        <w:tc>
          <w:tcPr>
            <w:tcW w:w="3458" w:type="dxa"/>
            <w:shd w:val="clear" w:color="auto" w:fill="E6E6E6"/>
            <w:tcMar>
              <w:top w:w="35" w:type="dxa"/>
              <w:left w:w="55" w:type="dxa"/>
              <w:bottom w:w="35" w:type="dxa"/>
              <w:right w:w="55" w:type="dxa"/>
            </w:tcMar>
          </w:tcPr>
          <w:p>
            <w:pPr>
              <w:spacing w:after="20" w:before="20"/>
            </w:pPr>
            <w:r>
              <w:rPr>
                <w:rFonts w:ascii="Times New Roman" w:hAnsi="Times New Roman"/>
                <w:sz w:val="18"/>
              </w:rPr>
              <w:t>Çalışmaların uygulanması ve izlenmesi</w:t>
            </w:r>
          </w:p>
        </w:tc>
        <w:tc>
          <w:tcPr>
            <w:tcW w:w="8985" w:type="dxa"/>
            <w:shd w:val="clear" w:color="auto" w:fill="E6E6E6"/>
            <w:tcMar>
              <w:top w:w="35" w:type="dxa"/>
              <w:left w:w="55" w:type="dxa"/>
              <w:bottom w:w="35" w:type="dxa"/>
              <w:right w:w="55" w:type="dxa"/>
            </w:tcMar>
          </w:tcPr>
          <w:p>
            <w:pPr>
              <w:spacing w:after="20" w:before="20"/>
            </w:pPr>
            <w:r>
              <w:rPr>
                <w:rFonts w:ascii="Times New Roman" w:hAnsi="Times New Roman"/>
                <w:sz w:val="18"/>
              </w:rPr>
              <w:t>Önerilen çalışmalar için sorumlu birim ve takvim belirlenmesi, faaliyetlerin yarıyıl sonunda değerlendirilerek raporlanması önerisinin Fakülte Yönetim Kuruluna sunulmasına karar verilmiştir.</w:t>
            </w:r>
          </w:p>
        </w:tc>
      </w:tr>
    </w:tbl>
    <w:p w14:paraId="43C9E565" w14:textId="77777777" w:rsidR="003D723A" w:rsidRDefault="003D723A"/>
    <w:sectPr w:rsidR="003D723A" w:rsidSect="00034616">
      <w:footerReference w:type="default" r:id="rId8"/>
      <w:pgSz w:w="16838" w:h="11906" w:orient="landscape"/>
      <w:pgMar w:top="340" w:right="397" w:bottom="340" w:left="397"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DAC8" w14:textId="77777777" w:rsidR="003D723A" w:rsidRDefault="003D723A">
      <w:pPr>
        <w:spacing w:after="0" w:line="240" w:lineRule="auto"/>
      </w:pPr>
      <w:r>
        <w:separator/>
      </w:r>
    </w:p>
  </w:endnote>
  <w:endnote w:type="continuationSeparator" w:id="0">
    <w:p w14:paraId="7A0CDEEF" w14:textId="77777777" w:rsidR="003D723A" w:rsidRDefault="003D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17D5D" w14:textId="77777777" w:rsidR="005C3C37" w:rsidRDefault="00000000">
    <w:pPr>
      <w:pStyle w:val="AltBilgi"/>
      <w:jc w:val="right"/>
    </w:pPr>
    <w:proofErr w:type="spellStart"/>
    <w:r>
      <w:t>Sayfa</w:t>
    </w:r>
    <w:proofErr w:type="spellEnd"/>
    <w:r>
      <w:t xml:space="preserve"> </w:t>
    </w:r>
    <w:r>
      <w:fldChar w:fldCharType="begin"/>
    </w:r>
    <w:r>
      <w:instrText xml:space="preserve"> PAGE </w:instrText>
    </w:r>
    <w:r w:rsidR="00AC61FE">
      <w:fldChar w:fldCharType="separate"/>
    </w:r>
    <w:r w:rsidR="00AC61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75A8" w14:textId="77777777" w:rsidR="003D723A" w:rsidRDefault="003D723A">
      <w:pPr>
        <w:spacing w:after="0" w:line="240" w:lineRule="auto"/>
      </w:pPr>
      <w:r>
        <w:separator/>
      </w:r>
    </w:p>
  </w:footnote>
  <w:footnote w:type="continuationSeparator" w:id="0">
    <w:p w14:paraId="26ACE55C" w14:textId="77777777" w:rsidR="003D723A" w:rsidRDefault="003D7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664165568">
    <w:abstractNumId w:val="8"/>
  </w:num>
  <w:num w:numId="2" w16cid:durableId="1284263890">
    <w:abstractNumId w:val="6"/>
  </w:num>
  <w:num w:numId="3" w16cid:durableId="1258444459">
    <w:abstractNumId w:val="5"/>
  </w:num>
  <w:num w:numId="4" w16cid:durableId="81419948">
    <w:abstractNumId w:val="4"/>
  </w:num>
  <w:num w:numId="5" w16cid:durableId="1900627581">
    <w:abstractNumId w:val="7"/>
  </w:num>
  <w:num w:numId="6" w16cid:durableId="259996522">
    <w:abstractNumId w:val="3"/>
  </w:num>
  <w:num w:numId="7" w16cid:durableId="981036410">
    <w:abstractNumId w:val="2"/>
  </w:num>
  <w:num w:numId="8" w16cid:durableId="1121652802">
    <w:abstractNumId w:val="1"/>
  </w:num>
  <w:num w:numId="9" w16cid:durableId="21496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723A"/>
    <w:rsid w:val="005C3C37"/>
    <w:rsid w:val="00AA1D8D"/>
    <w:rsid w:val="00AC61FE"/>
    <w:rsid w:val="00B47730"/>
    <w:rsid w:val="00CB0664"/>
    <w:rsid w:val="00EB57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CEB584"/>
  <w14:defaultImageDpi w14:val="300"/>
  <w15:docId w15:val="{E11CA540-CD68-4920-83FD-4564351EB1CF}"/>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1573</Words>
  <Characters>11992</Characters>
  <Application>Microsoft Office Word</Application>
  <DocSecurity>0</DocSecurity>
  <Lines>461</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İletişim Fakültesi 2025 Fakülte Kurulu Kararları</dc:title>
  <dc:subject>Fakülte Kurulu Kararları</dc:subject>
  <dc:creator>Yakın Doğu Üniversitesi İletişim Fakültesi</dc:creator>
  <cp:keywords/>
  <dc:description>generated by python-docx</dc:description>
  <cp:lastModifiedBy>Can Asman</cp:lastModifiedBy>
  <cp:revision>2</cp:revision>
  <dcterms:created xsi:type="dcterms:W3CDTF">2013-12-23T23:15:00Z</dcterms:created>
  <dcterms:modified xsi:type="dcterms:W3CDTF">2026-07-30T07:46:00Z</dcterms:modified>
  <cp:category/>
</cp:coreProperties>
</file>