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6015"/>
      </w:tblGrid>
      <w:tr w:rsidR="005C3C37" w14:paraId="5B4DA6AA" w14:textId="77777777">
        <w:trPr>
          <w:trHeight w:val="295"/>
          <w:jc w:val="center"/>
        </w:trPr>
        <w:tc>
          <w:tcPr>
            <w:tcW w:w="16015" w:type="dxa"/>
            <w:shd w:val="clear" w:color="auto" w:fill="5B1624"/>
            <w:tcMar>
              <w:top w:w="35" w:type="dxa"/>
              <w:left w:w="55" w:type="dxa"/>
              <w:bottom w:w="35" w:type="dxa"/>
              <w:right w:w="55" w:type="dxa"/>
            </w:tcMar>
            <w:vAlign w:val="center"/>
          </w:tcPr>
          <w:p w14:paraId="739CA407" w14:textId="77777777" w:rsidR="005C3C37" w:rsidRDefault="00000000">
            <w:pPr>
              <w:spacing w:after="0" w:line="240" w:lineRule="auto"/>
              <w:jc w:val="center"/>
            </w:pPr>
            <w:r>
              <w:rPr>
                <w:b/>
                <w:color w:val="FFFFFF"/>
                <w:sz w:val="22"/>
              </w:rPr>
              <w:t>YAKIN DOĞU ÜNİVERSİTESİ</w:t>
            </w:r>
          </w:p>
        </w:tc>
      </w:tr>
      <w:tr w:rsidR="005C3C37" w14:paraId="06B632F2" w14:textId="77777777">
        <w:trPr>
          <w:trHeight w:val="295"/>
          <w:jc w:val="center"/>
        </w:trPr>
        <w:tc>
          <w:tcPr>
            <w:tcW w:w="16015" w:type="dxa"/>
            <w:shd w:val="clear" w:color="auto" w:fill="D9D9D9"/>
            <w:tcMar>
              <w:top w:w="35" w:type="dxa"/>
              <w:left w:w="55" w:type="dxa"/>
              <w:bottom w:w="35" w:type="dxa"/>
              <w:right w:w="55" w:type="dxa"/>
            </w:tcMar>
            <w:vAlign w:val="center"/>
          </w:tcPr>
          <w:p w14:paraId="4CFFA6FE" w14:textId="77777777" w:rsidR="005C3C37" w:rsidRDefault="00000000">
            <w:pPr>
              <w:spacing w:after="0" w:line="240" w:lineRule="auto"/>
              <w:jc w:val="center"/>
            </w:pPr>
            <w:r>
              <w:rPr>
                <w:b/>
                <w:color w:val="000000"/>
                <w:sz w:val="18"/>
              </w:rPr>
              <w:t>İletişim Fakültesi Eğitim ve Öğretim Komisyonu Kararları</w:t>
            </w:r>
          </w:p>
        </w:tc>
      </w:tr>
      <w:tr w:rsidR="005C3C37" w14:paraId="57FC7A30" w14:textId="77777777">
        <w:trPr>
          <w:trHeight w:val="295"/>
          <w:jc w:val="center"/>
        </w:trPr>
        <w:tc>
          <w:tcPr>
            <w:tcW w:w="16015" w:type="dxa"/>
            <w:shd w:val="clear" w:color="auto" w:fill="D9D9D9"/>
            <w:tcMar>
              <w:top w:w="35" w:type="dxa"/>
              <w:left w:w="55" w:type="dxa"/>
              <w:bottom w:w="35" w:type="dxa"/>
              <w:right w:w="55" w:type="dxa"/>
            </w:tcMar>
            <w:vAlign w:val="center"/>
          </w:tcPr>
          <w:p w14:paraId="16CD2B22" w14:textId="77777777" w:rsidR="005C3C37" w:rsidRDefault="00000000">
            <w:pPr>
              <w:spacing w:after="0" w:line="240" w:lineRule="auto"/>
              <w:jc w:val="center"/>
            </w:pPr>
            <w:r>
              <w:rPr>
                <w:b/>
                <w:color w:val="5B1624"/>
                <w:sz w:val="18"/>
              </w:rPr>
              <w:t>2026 Yılı Kararları</w:t>
            </w:r>
          </w:p>
        </w:tc>
      </w:tr>
    </w:tbl>
    <w:p w14:paraId="0BE85E2E" w14:textId="77777777" w:rsidR="005C3C37" w:rsidRDefault="005C3C37">
      <w:pPr>
        <w:spacing w:after="0" w:line="96" w:lineRule="auto"/>
      </w:pPr>
    </w:p>
    <w:tbl>
      <w:tblPr>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4A0" w:firstRow="1" w:lastRow="0" w:firstColumn="1" w:lastColumn="0" w:noHBand="0" w:noVBand="1"/>
      </w:tblPr>
      <w:tblGrid>
        <w:gridCol w:w="538"/>
        <w:gridCol w:w="1162"/>
        <w:gridCol w:w="1275"/>
        <w:gridCol w:w="595"/>
        <w:gridCol w:w="3458"/>
        <w:gridCol w:w="8985"/>
      </w:tblGrid>
      <w:tr w:rsidR="005C3C37" w14:paraId="16A5AFAE" w14:textId="77777777">
        <w:trPr>
          <w:tblHeader/>
          <w:jc w:val="center"/>
          <w:cantSplit/>
        </w:trPr>
        <w:tc>
          <w:tcPr>
            <w:tcW w:w="538" w:type="dxa"/>
            <w:shd w:val="clear" w:color="auto" w:fill="D9D9D9"/>
            <w:tcMar>
              <w:top w:w="35" w:type="dxa"/>
              <w:left w:w="55" w:type="dxa"/>
              <w:bottom w:w="35" w:type="dxa"/>
              <w:right w:w="55" w:type="dxa"/>
            </w:tcMar>
            <w:vAlign w:val="center"/>
          </w:tcPr>
          <w:p w14:paraId="6C71BCE9" w14:textId="77777777" w:rsidR="005C3C37" w:rsidRDefault="00000000">
            <w:pPr>
              <w:spacing w:after="0" w:line="240" w:lineRule="auto"/>
              <w:jc w:val="center"/>
            </w:pPr>
            <w:r>
              <w:rPr>
                <w:b/>
                <w:color w:val="5B1624"/>
                <w:sz w:val="13"/>
              </w:rPr>
              <w:t>Sıra</w:t>
            </w:r>
            <w:r>
              <w:rPr>
                <w:b/>
                <w:color w:val="5B1624"/>
                <w:sz w:val="13"/>
              </w:rPr>
              <w:br/>
              <w:t>No</w:t>
            </w:r>
          </w:p>
        </w:tc>
        <w:tc>
          <w:tcPr>
            <w:tcW w:w="1162" w:type="dxa"/>
            <w:shd w:val="clear" w:color="auto" w:fill="D9D9D9"/>
            <w:tcMar>
              <w:top w:w="35" w:type="dxa"/>
              <w:left w:w="55" w:type="dxa"/>
              <w:bottom w:w="35" w:type="dxa"/>
              <w:right w:w="55" w:type="dxa"/>
            </w:tcMar>
            <w:vAlign w:val="center"/>
          </w:tcPr>
          <w:p w14:paraId="62692B4E" w14:textId="77777777" w:rsidR="005C3C37" w:rsidRDefault="00000000">
            <w:pPr>
              <w:spacing w:after="0" w:line="240" w:lineRule="auto"/>
              <w:jc w:val="center"/>
            </w:pPr>
            <w:r>
              <w:rPr>
                <w:b/>
                <w:color w:val="5B1624"/>
                <w:sz w:val="13"/>
              </w:rPr>
              <w:t>Toplantı</w:t>
            </w:r>
            <w:r>
              <w:rPr>
                <w:b/>
                <w:color w:val="5B1624"/>
                <w:sz w:val="13"/>
              </w:rPr>
              <w:br/>
              <w:t>Tarihi</w:t>
            </w:r>
          </w:p>
        </w:tc>
        <w:tc>
          <w:tcPr>
            <w:tcW w:w="1275" w:type="dxa"/>
            <w:shd w:val="clear" w:color="auto" w:fill="D9D9D9"/>
            <w:tcMar>
              <w:top w:w="35" w:type="dxa"/>
              <w:left w:w="55" w:type="dxa"/>
              <w:bottom w:w="35" w:type="dxa"/>
              <w:right w:w="55" w:type="dxa"/>
            </w:tcMar>
            <w:vAlign w:val="center"/>
          </w:tcPr>
          <w:p w14:paraId="77AF487E" w14:textId="77777777" w:rsidR="005C3C37" w:rsidRDefault="00000000">
            <w:pPr>
              <w:spacing w:after="0" w:line="240" w:lineRule="auto"/>
              <w:jc w:val="center"/>
            </w:pPr>
            <w:r>
              <w:rPr>
                <w:b/>
                <w:color w:val="5B1624"/>
                <w:sz w:val="13"/>
              </w:rPr>
              <w:t>Toplantı</w:t>
            </w:r>
            <w:r>
              <w:rPr>
                <w:b/>
                <w:color w:val="5B1624"/>
                <w:sz w:val="13"/>
              </w:rPr>
              <w:br/>
              <w:t>No</w:t>
            </w:r>
          </w:p>
        </w:tc>
        <w:tc>
          <w:tcPr>
            <w:tcW w:w="595" w:type="dxa"/>
            <w:shd w:val="clear" w:color="auto" w:fill="D9D9D9"/>
            <w:tcMar>
              <w:top w:w="35" w:type="dxa"/>
              <w:left w:w="55" w:type="dxa"/>
              <w:bottom w:w="35" w:type="dxa"/>
              <w:right w:w="55" w:type="dxa"/>
            </w:tcMar>
            <w:vAlign w:val="center"/>
          </w:tcPr>
          <w:p w14:paraId="1A7CFEF7" w14:textId="77777777" w:rsidR="005C3C37" w:rsidRDefault="00000000">
            <w:pPr>
              <w:spacing w:after="0" w:line="240" w:lineRule="auto"/>
              <w:jc w:val="center"/>
            </w:pPr>
            <w:r>
              <w:rPr>
                <w:b/>
                <w:color w:val="5B1624"/>
                <w:sz w:val="13"/>
              </w:rPr>
              <w:t>Karar</w:t>
            </w:r>
            <w:r>
              <w:rPr>
                <w:b/>
                <w:color w:val="5B1624"/>
                <w:sz w:val="13"/>
              </w:rPr>
              <w:br/>
              <w:t>No</w:t>
            </w:r>
          </w:p>
        </w:tc>
        <w:tc>
          <w:tcPr>
            <w:tcW w:w="3458" w:type="dxa"/>
            <w:shd w:val="clear" w:color="auto" w:fill="D9D9D9"/>
            <w:tcMar>
              <w:top w:w="35" w:type="dxa"/>
              <w:left w:w="55" w:type="dxa"/>
              <w:bottom w:w="35" w:type="dxa"/>
              <w:right w:w="55" w:type="dxa"/>
            </w:tcMar>
            <w:vAlign w:val="center"/>
          </w:tcPr>
          <w:p w14:paraId="484E0081" w14:textId="77777777" w:rsidR="005C3C37" w:rsidRDefault="00000000">
            <w:pPr>
              <w:spacing w:after="0" w:line="240" w:lineRule="auto"/>
              <w:jc w:val="center"/>
            </w:pPr>
            <w:r>
              <w:rPr>
                <w:b/>
                <w:color w:val="5B1624"/>
                <w:sz w:val="13"/>
              </w:rPr>
              <w:t>Gündem</w:t>
            </w:r>
          </w:p>
        </w:tc>
        <w:tc>
          <w:tcPr>
            <w:tcW w:w="8985" w:type="dxa"/>
            <w:shd w:val="clear" w:color="auto" w:fill="D9D9D9"/>
            <w:tcMar>
              <w:top w:w="35" w:type="dxa"/>
              <w:left w:w="55" w:type="dxa"/>
              <w:bottom w:w="35" w:type="dxa"/>
              <w:right w:w="55" w:type="dxa"/>
            </w:tcMar>
            <w:vAlign w:val="center"/>
          </w:tcPr>
          <w:p w14:paraId="7376263C" w14:textId="77777777" w:rsidR="005C3C37" w:rsidRDefault="00000000">
            <w:pPr>
              <w:spacing w:after="0" w:line="240" w:lineRule="auto"/>
              <w:jc w:val="center"/>
            </w:pPr>
            <w:r>
              <w:rPr>
                <w:b/>
                <w:color w:val="5B1624"/>
                <w:sz w:val="13"/>
              </w:rPr>
              <w:t>Karar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19.06.2026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2026-02</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Dekanlık tarafından paylaşılan anket formlarının analizinin planlanması (Ölçme ve Değerlendirme Komisyonu ile ortak toplantı)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Dekanlık tarafından komisyonlar ile paylaşılan çeşitli eğitim öğretim ve değerlendirme anketlerinin analizi için komisyon içi görevlendirmeler yapılmıştır.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Dekanlık tarafından paylaşılan anket formlarının analizinin planlanması (Ölçme ve Değerlendirme Komisyonu ile ortak toplantı)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İlgili çalışmaların 23 Haziran 2026 tarihine kadar tamamlanmasına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Dekanlık tarafından paylaşılan anket formlarının analizinin planlanması (Ölçme ve Değerlendirme Komisyonu ile ortak toplantı)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Gelecek toplantının çalışmaları finalize etmek üzere 24 Haziran 2026 tarihinde, saat 11.00’de yapılmasına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Gazetecilik, Görsel İletişim Tasarımı ve Yeni Medya ve İletişim bölümlerinin müfredat dönüşüm süreçlerinin değerlendirilmesi (Ölçme ve Değerlendirme Komisyonu ile ortak toplantı).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Gazetecilik ve Görsel İletişim Tasarımı bölümlerinin eski ve güncel müfredatları ile Yeni Medya ve İletişim Bölümünün güncel müfredatının; teknolojik gelişmeler, yapay zekâ uygulamaları, dijital yetkinlikler ve paydaş görüşleri doğrultusunda incelenerek Müfredat Dönüşümü Değerlendirme ve İyileştirme İzleme Raporu hazırlanmasına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24.06.2026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2026-03</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Dekanlık tarafından paylaşılıp analizleri gerçekleştiren anketlerin finalize edilmesi. (Ölçme ve Değerlendirme Komisyonu ile ortak toplantı)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Dekanlık tarafından komisyonlar ile paylaşılan çeşitli eğitim öğretim ve değerlendirme anketlerinin tamamlanan ve ekte yer alan analizlerinin kontrolü yapılmış ve teslimi kararı alınmıştır.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Müfredat Dönüşümü Değerlendirme ve İyileştirme İzleme Raporunun görüşülmesi (Ölçme ve Değerlendirme Komisyonu ile ortak toplantı).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Gazetecilik, Görsel İletişim Tasarımı ve Yeni Medya ve İletişim bölümlerine ilişkin hazırlanan Müfredat Dönüşümü Değerlendirme ve İyileştirme İzleme Raporunun Komisyon tarafından değerlendirilerek uygun bulunmasına ve raporda belirlenen iyileştirme önerileri ile izleme faaliyetlerinin değerlendirilmesi amacıyla Dekanlığa sunulmasına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21.09.2026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2026-04</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Yeni dönem görevlendirmelerinin karara bağlanması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Önceki dönem üstlenilen görevlerin devamına oy birliği ile karar verildi.</w:t>
            </w:r>
          </w:p>
        </w:tc>
      </w:tr>
    </w:tbl>
    <w:p w14:paraId="43C9E565" w14:textId="77777777" w:rsidR="003D723A" w:rsidRDefault="003D723A"/>
    <w:sectPr w:rsidR="003D723A" w:rsidSect="00034616">
      <w:footerReference w:type="default" r:id="rId8"/>
      <w:pgSz w:w="16838" w:h="11906" w:orient="landscape"/>
      <w:pgMar w:top="340" w:right="397" w:bottom="340" w:left="397" w:header="113"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DAC8" w14:textId="77777777" w:rsidR="003D723A" w:rsidRDefault="003D723A">
      <w:pPr>
        <w:spacing w:after="0" w:line="240" w:lineRule="auto"/>
      </w:pPr>
      <w:r>
        <w:separator/>
      </w:r>
    </w:p>
  </w:endnote>
  <w:endnote w:type="continuationSeparator" w:id="0">
    <w:p w14:paraId="7A0CDEEF" w14:textId="77777777" w:rsidR="003D723A" w:rsidRDefault="003D7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17D5D" w14:textId="77777777" w:rsidR="005C3C37" w:rsidRDefault="00000000">
    <w:pPr>
      <w:pStyle w:val="AltBilgi"/>
      <w:jc w:val="right"/>
    </w:pPr>
    <w:proofErr w:type="spellStart"/>
    <w:r>
      <w:t>Sayfa</w:t>
    </w:r>
    <w:proofErr w:type="spellEnd"/>
    <w:r>
      <w:t xml:space="preserve"> </w:t>
    </w:r>
    <w:r>
      <w:fldChar w:fldCharType="begin"/>
    </w:r>
    <w:r>
      <w:instrText xml:space="preserve"> PAGE </w:instrText>
    </w:r>
    <w:r w:rsidR="00AC61FE">
      <w:fldChar w:fldCharType="separate"/>
    </w:r>
    <w:r w:rsidR="00AC61F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75A8" w14:textId="77777777" w:rsidR="003D723A" w:rsidRDefault="003D723A">
      <w:pPr>
        <w:spacing w:after="0" w:line="240" w:lineRule="auto"/>
      </w:pPr>
      <w:r>
        <w:separator/>
      </w:r>
    </w:p>
  </w:footnote>
  <w:footnote w:type="continuationSeparator" w:id="0">
    <w:p w14:paraId="26ACE55C" w14:textId="77777777" w:rsidR="003D723A" w:rsidRDefault="003D7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664165568">
    <w:abstractNumId w:val="8"/>
  </w:num>
  <w:num w:numId="2" w16cid:durableId="1284263890">
    <w:abstractNumId w:val="6"/>
  </w:num>
  <w:num w:numId="3" w16cid:durableId="1258444459">
    <w:abstractNumId w:val="5"/>
  </w:num>
  <w:num w:numId="4" w16cid:durableId="81419948">
    <w:abstractNumId w:val="4"/>
  </w:num>
  <w:num w:numId="5" w16cid:durableId="1900627581">
    <w:abstractNumId w:val="7"/>
  </w:num>
  <w:num w:numId="6" w16cid:durableId="259996522">
    <w:abstractNumId w:val="3"/>
  </w:num>
  <w:num w:numId="7" w16cid:durableId="981036410">
    <w:abstractNumId w:val="2"/>
  </w:num>
  <w:num w:numId="8" w16cid:durableId="1121652802">
    <w:abstractNumId w:val="1"/>
  </w:num>
  <w:num w:numId="9" w16cid:durableId="21496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D723A"/>
    <w:rsid w:val="005C3C37"/>
    <w:rsid w:val="00AA1D8D"/>
    <w:rsid w:val="00AC61FE"/>
    <w:rsid w:val="00B47730"/>
    <w:rsid w:val="00CB0664"/>
    <w:rsid w:val="00EB57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CEB584"/>
  <w14:defaultImageDpi w14:val="300"/>
  <w15:docId w15:val="{E11CA540-CD68-4920-83FD-4564351EB1CF}"/>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14"/>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1573</Words>
  <Characters>11992</Characters>
  <Application>Microsoft Office Word</Application>
  <DocSecurity>0</DocSecurity>
  <Lines>461</Lines>
  <Paragraphs>246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İletişim Fakültesi 2025 Fakülte Kurulu Kararları</dc:title>
  <dc:subject>Fakülte Kurulu Kararları</dc:subject>
  <dc:creator>Yakın Doğu Üniversitesi İletişim Fakültesi</dc:creator>
  <cp:keywords/>
  <dc:description>generated by python-docx</dc:description>
  <cp:lastModifiedBy>Can Asman</cp:lastModifiedBy>
  <cp:revision>2</cp:revision>
  <dcterms:created xsi:type="dcterms:W3CDTF">2013-12-23T23:15:00Z</dcterms:created>
  <dcterms:modified xsi:type="dcterms:W3CDTF">2026-07-30T07:46:00Z</dcterms:modified>
  <cp:category/>
</cp:coreProperties>
</file>